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sz w:val="30"/>
        </w:rPr>
        <w:t>欧洲中国历史文献保护协会</w:t>
      </w:r>
    </w:p>
    <w:p>
      <w:pPr>
        <w:spacing w:after="140"/>
        <w:jc w:val="center"/>
      </w:pPr>
      <w:r>
        <w:rPr>
          <w:b/>
          <w:sz w:val="38"/>
        </w:rPr>
        <w:t>加入及参与意向登记表</w:t>
      </w:r>
    </w:p>
    <w:tbl>
      <w:tblPr>
        <w:tblStyle w:val="TableGrid"/>
        <w:tblW w:type="auto" w:w="0"/>
        <w:jc w:val="center"/>
        <w:tblLayout w:type="fixed"/>
        <w:tblLook w:firstColumn="1" w:firstRow="1" w:lastColumn="0" w:lastRow="0" w:noHBand="0" w:noVBand="1" w:val="04A0"/>
      </w:tblPr>
      <w:tblGrid>
        <w:gridCol w:w="5159"/>
        <w:gridCol w:w="5159"/>
      </w:tblGrid>
      <w:tr>
        <w:trPr>
          <w:trHeight w:val="680" w:hRule="atLeast"/>
        </w:trPr>
        <w:tc>
          <w:tcPr>
            <w:tcW w:type="dxa" w:w="5159"/>
            <w:shd w:fill="F2F2F2"/>
            <w:vAlign w:val="center"/>
            <w:tcMar>
              <w:top w:w="100" w:type="dxa"/>
              <w:start w:w="100" w:type="dxa"/>
              <w:bottom w:w="100" w:type="dxa"/>
              <w:end w:w="100" w:type="dxa"/>
            </w:tcMar>
          </w:tcPr>
          <w:p>
            <w:pPr>
              <w:spacing w:after="0"/>
            </w:pPr>
            <w:r>
              <w:rPr>
                <w:b/>
                <w:sz w:val="19"/>
              </w:rPr>
              <w:t>姓名</w:t>
            </w:r>
          </w:p>
        </w:tc>
        <w:tc>
          <w:tcPr>
            <w:tcW w:type="dxa" w:w="5159"/>
            <w:vAlign w:val="center"/>
            <w:tcMar>
              <w:top w:w="100" w:type="dxa"/>
              <w:start w:w="100" w:type="dxa"/>
              <w:bottom w:w="100" w:type="dxa"/>
              <w:end w:w="100" w:type="dxa"/>
            </w:tcMar>
          </w:tcPr>
          <w:p>
            <w:pPr>
              <w:spacing w:after="0" w:line="252" w:lineRule="auto"/>
            </w:pPr>
            <w:r>
              <w:rPr>
                <w:sz w:val="19"/>
              </w:rPr>
            </w:r>
          </w:p>
        </w:tc>
      </w:tr>
      <w:tr>
        <w:trPr>
          <w:trHeight w:val="680" w:hRule="atLeast"/>
        </w:trPr>
        <w:tc>
          <w:tcPr>
            <w:tcW w:type="dxa" w:w="5159"/>
            <w:shd w:fill="F2F2F2"/>
            <w:vAlign w:val="center"/>
            <w:tcMar>
              <w:top w:w="100" w:type="dxa"/>
              <w:start w:w="100" w:type="dxa"/>
              <w:bottom w:w="100" w:type="dxa"/>
              <w:end w:w="100" w:type="dxa"/>
            </w:tcMar>
          </w:tcPr>
          <w:p>
            <w:pPr>
              <w:spacing w:after="0"/>
            </w:pPr>
            <w:r>
              <w:rPr>
                <w:b/>
                <w:sz w:val="19"/>
              </w:rPr>
              <w:t>国家 / 城市</w:t>
            </w:r>
          </w:p>
        </w:tc>
        <w:tc>
          <w:tcPr>
            <w:tcW w:type="dxa" w:w="5159"/>
            <w:vAlign w:val="center"/>
            <w:tcMar>
              <w:top w:w="100" w:type="dxa"/>
              <w:start w:w="100" w:type="dxa"/>
              <w:bottom w:w="100" w:type="dxa"/>
              <w:end w:w="100" w:type="dxa"/>
            </w:tcMar>
          </w:tcPr>
          <w:p>
            <w:pPr>
              <w:spacing w:after="0" w:line="252" w:lineRule="auto"/>
            </w:pPr>
            <w:r>
              <w:rPr>
                <w:sz w:val="19"/>
              </w:rPr>
            </w:r>
          </w:p>
        </w:tc>
      </w:tr>
      <w:tr>
        <w:trPr>
          <w:trHeight w:val="793" w:hRule="atLeast"/>
        </w:trPr>
        <w:tc>
          <w:tcPr>
            <w:tcW w:type="dxa" w:w="5159"/>
            <w:shd w:fill="F2F2F2"/>
            <w:vAlign w:val="center"/>
            <w:tcMar>
              <w:top w:w="100" w:type="dxa"/>
              <w:start w:w="100" w:type="dxa"/>
              <w:bottom w:w="100" w:type="dxa"/>
              <w:end w:w="100" w:type="dxa"/>
            </w:tcMar>
          </w:tcPr>
          <w:p>
            <w:pPr>
              <w:spacing w:after="0"/>
            </w:pPr>
            <w:r>
              <w:rPr>
                <w:b/>
                <w:sz w:val="19"/>
              </w:rPr>
              <w:t>职业 / 单位 /</w:t>
              <w:br/>
              <w:t>专业领域</w:t>
            </w:r>
          </w:p>
        </w:tc>
        <w:tc>
          <w:tcPr>
            <w:tcW w:type="dxa" w:w="5159"/>
            <w:vAlign w:val="center"/>
            <w:tcMar>
              <w:top w:w="100" w:type="dxa"/>
              <w:start w:w="100" w:type="dxa"/>
              <w:bottom w:w="100" w:type="dxa"/>
              <w:end w:w="100" w:type="dxa"/>
            </w:tcMar>
          </w:tcPr>
          <w:p>
            <w:pPr>
              <w:spacing w:after="0" w:line="252" w:lineRule="auto"/>
            </w:pPr>
            <w:r>
              <w:rPr>
                <w:sz w:val="19"/>
              </w:rPr>
            </w:r>
          </w:p>
        </w:tc>
      </w:tr>
      <w:tr>
        <w:trPr>
          <w:trHeight w:val="680" w:hRule="atLeast"/>
        </w:trPr>
        <w:tc>
          <w:tcPr>
            <w:tcW w:type="dxa" w:w="5159"/>
            <w:shd w:fill="F2F2F2"/>
            <w:vAlign w:val="center"/>
            <w:tcMar>
              <w:top w:w="100" w:type="dxa"/>
              <w:start w:w="100" w:type="dxa"/>
              <w:bottom w:w="100" w:type="dxa"/>
              <w:end w:w="100" w:type="dxa"/>
            </w:tcMar>
          </w:tcPr>
          <w:p>
            <w:pPr>
              <w:spacing w:after="0"/>
            </w:pPr>
            <w:r>
              <w:rPr>
                <w:b/>
                <w:sz w:val="19"/>
              </w:rPr>
              <w:t>电子邮箱</w:t>
            </w:r>
          </w:p>
        </w:tc>
        <w:tc>
          <w:tcPr>
            <w:tcW w:type="dxa" w:w="5159"/>
            <w:vAlign w:val="center"/>
            <w:tcMar>
              <w:top w:w="100" w:type="dxa"/>
              <w:start w:w="100" w:type="dxa"/>
              <w:bottom w:w="100" w:type="dxa"/>
              <w:end w:w="100" w:type="dxa"/>
            </w:tcMar>
          </w:tcPr>
          <w:p>
            <w:pPr>
              <w:spacing w:after="0" w:line="252" w:lineRule="auto"/>
            </w:pPr>
            <w:r>
              <w:rPr>
                <w:sz w:val="19"/>
              </w:rPr>
            </w:r>
          </w:p>
        </w:tc>
      </w:tr>
      <w:tr>
        <w:trPr>
          <w:trHeight w:val="680" w:hRule="atLeast"/>
        </w:trPr>
        <w:tc>
          <w:tcPr>
            <w:tcW w:type="dxa" w:w="5159"/>
            <w:shd w:fill="F2F2F2"/>
            <w:vAlign w:val="center"/>
            <w:tcMar>
              <w:top w:w="100" w:type="dxa"/>
              <w:start w:w="100" w:type="dxa"/>
              <w:bottom w:w="100" w:type="dxa"/>
              <w:end w:w="100" w:type="dxa"/>
            </w:tcMar>
          </w:tcPr>
          <w:p>
            <w:pPr>
              <w:spacing w:after="0"/>
            </w:pPr>
            <w:r>
              <w:rPr>
                <w:b/>
                <w:sz w:val="19"/>
              </w:rPr>
              <w:t>电话（选填）</w:t>
            </w:r>
          </w:p>
        </w:tc>
        <w:tc>
          <w:tcPr>
            <w:tcW w:type="dxa" w:w="5159"/>
            <w:vAlign w:val="center"/>
            <w:tcMar>
              <w:top w:w="100" w:type="dxa"/>
              <w:start w:w="100" w:type="dxa"/>
              <w:bottom w:w="100" w:type="dxa"/>
              <w:end w:w="100" w:type="dxa"/>
            </w:tcMar>
          </w:tcPr>
          <w:p>
            <w:pPr>
              <w:spacing w:after="0" w:line="252" w:lineRule="auto"/>
            </w:pPr>
            <w:r>
              <w:rPr>
                <w:sz w:val="19"/>
              </w:rPr>
            </w:r>
          </w:p>
        </w:tc>
      </w:tr>
      <w:tr>
        <w:trPr>
          <w:trHeight w:val="1587" w:hRule="atLeast"/>
        </w:trPr>
        <w:tc>
          <w:tcPr>
            <w:tcW w:type="dxa" w:w="5159"/>
            <w:shd w:fill="F2F2F2"/>
            <w:vAlign w:val="center"/>
            <w:tcMar>
              <w:top w:w="100" w:type="dxa"/>
              <w:start w:w="100" w:type="dxa"/>
              <w:bottom w:w="100" w:type="dxa"/>
              <w:end w:w="100" w:type="dxa"/>
            </w:tcMar>
          </w:tcPr>
          <w:p>
            <w:pPr>
              <w:spacing w:after="0"/>
            </w:pPr>
            <w:r>
              <w:rPr>
                <w:b/>
                <w:sz w:val="18"/>
              </w:rPr>
              <w:t>希望参与的方向</w:t>
              <w:br/>
              <w:t>（可多选）</w:t>
            </w:r>
          </w:p>
        </w:tc>
        <w:tc>
          <w:tcPr>
            <w:tcW w:type="dxa" w:w="5159"/>
            <w:vAlign w:val="center"/>
            <w:tcMar>
              <w:top w:w="100" w:type="dxa"/>
              <w:start w:w="100" w:type="dxa"/>
              <w:bottom w:w="100" w:type="dxa"/>
              <w:end w:w="100" w:type="dxa"/>
            </w:tcMar>
          </w:tcPr>
          <w:p>
            <w:pPr>
              <w:spacing w:after="0" w:line="252" w:lineRule="auto"/>
            </w:pPr>
            <w:r>
              <w:rPr>
                <w:sz w:val="18"/>
              </w:rPr>
              <w:t>□ 文献发现与收藏     □ 文献保护与数字化     □ 学术研究     □ 翻译</w:t>
              <w:br/>
              <w:t>□ 出版传播           □ 国际合作             □ 志愿服务     □ 捐赠与资助</w:t>
              <w:br/>
              <w:t>□ 其他：____________________________________________________________</w:t>
            </w:r>
          </w:p>
        </w:tc>
      </w:tr>
      <w:tr>
        <w:trPr>
          <w:trHeight w:val="1247" w:hRule="atLeast"/>
        </w:trPr>
        <w:tc>
          <w:tcPr>
            <w:tcW w:type="dxa" w:w="5159"/>
            <w:shd w:fill="F2F2F2"/>
            <w:vAlign w:val="center"/>
            <w:tcMar>
              <w:top w:w="100" w:type="dxa"/>
              <w:start w:w="100" w:type="dxa"/>
              <w:bottom w:w="100" w:type="dxa"/>
              <w:end w:w="100" w:type="dxa"/>
            </w:tcMar>
          </w:tcPr>
          <w:p>
            <w:pPr>
              <w:spacing w:after="0"/>
            </w:pPr>
            <w:r>
              <w:rPr>
                <w:b/>
                <w:sz w:val="18"/>
              </w:rPr>
              <w:t>参与意向</w:t>
            </w:r>
          </w:p>
        </w:tc>
        <w:tc>
          <w:tcPr>
            <w:tcW w:type="dxa" w:w="5159"/>
            <w:vAlign w:val="center"/>
            <w:tcMar>
              <w:top w:w="100" w:type="dxa"/>
              <w:start w:w="100" w:type="dxa"/>
              <w:bottom w:w="100" w:type="dxa"/>
              <w:end w:w="100" w:type="dxa"/>
            </w:tcMar>
          </w:tcPr>
          <w:p>
            <w:pPr>
              <w:spacing w:after="0" w:line="252" w:lineRule="auto"/>
            </w:pPr>
            <w:r>
              <w:rPr>
                <w:sz w:val="18"/>
              </w:rPr>
              <w:t>□ 愿意参与协会筹备        □ 有意在协会成立后申请成为会员</w:t>
              <w:br/>
              <w:t>□ 希望作为合作伙伴参与    □ 暂时只希望了解和支持</w:t>
            </w:r>
          </w:p>
        </w:tc>
      </w:tr>
      <w:tr>
        <w:trPr>
          <w:trHeight w:val="3515" w:hRule="atLeast"/>
        </w:trPr>
        <w:tc>
          <w:tcPr>
            <w:tcW w:type="dxa" w:w="5159"/>
            <w:shd w:fill="F2F2F2"/>
            <w:vAlign w:val="center"/>
            <w:tcMar>
              <w:top w:w="100" w:type="dxa"/>
              <w:start w:w="100" w:type="dxa"/>
              <w:bottom w:w="100" w:type="dxa"/>
              <w:end w:w="100" w:type="dxa"/>
            </w:tcMar>
          </w:tcPr>
          <w:p>
            <w:pPr>
              <w:spacing w:after="0"/>
            </w:pPr>
            <w:r>
              <w:rPr>
                <w:b/>
                <w:sz w:val="18"/>
              </w:rPr>
              <w:t>个人简介及希望</w:t>
              <w:br/>
              <w:t>提供的帮助</w:t>
            </w:r>
          </w:p>
        </w:tc>
        <w:tc>
          <w:tcPr>
            <w:tcW w:type="dxa" w:w="5159"/>
            <w:vAlign w:val="center"/>
            <w:tcMar>
              <w:top w:w="100" w:type="dxa"/>
              <w:start w:w="100" w:type="dxa"/>
              <w:bottom w:w="100" w:type="dxa"/>
              <w:end w:w="100" w:type="dxa"/>
            </w:tcMar>
          </w:tcPr>
          <w:p>
            <w:pPr>
              <w:spacing w:after="0" w:line="252" w:lineRule="auto"/>
            </w:pPr>
            <w:r>
              <w:rPr>
                <w:sz w:val="18"/>
              </w:rPr>
              <w:t>请简要介绍您的专业背景、相关经历，以及您希望参与或能够为协会提供的帮助：</w:t>
              <w:br/>
              <w:br/>
              <w:t>____________________________________________________________________________________</w:t>
              <w:br/>
              <w:br/>
              <w:t>____________________________________________________________________________________</w:t>
              <w:br/>
              <w:br/>
              <w:t>____________________________________________________________________________________</w:t>
              <w:br/>
              <w:br/>
              <w:t>____________________________________________________________________________________</w:t>
              <w:br/>
              <w:br/>
              <w:t>____________________________________________________________________________________</w:t>
            </w:r>
          </w:p>
        </w:tc>
      </w:tr>
      <w:tr>
        <w:trPr>
          <w:trHeight w:val="850" w:hRule="atLeast"/>
        </w:trPr>
        <w:tc>
          <w:tcPr>
            <w:tcW w:type="dxa" w:w="5159"/>
            <w:shd w:fill="F2F2F2"/>
            <w:vAlign w:val="center"/>
            <w:tcMar>
              <w:top w:w="100" w:type="dxa"/>
              <w:start w:w="100" w:type="dxa"/>
              <w:bottom w:w="100" w:type="dxa"/>
              <w:end w:w="100" w:type="dxa"/>
            </w:tcMar>
          </w:tcPr>
          <w:p>
            <w:pPr>
              <w:spacing w:after="0"/>
            </w:pPr>
            <w:r>
              <w:rPr>
                <w:b/>
                <w:sz w:val="18"/>
              </w:rPr>
              <w:t>日期 / 签名</w:t>
            </w:r>
          </w:p>
        </w:tc>
        <w:tc>
          <w:tcPr>
            <w:tcW w:type="dxa" w:w="5159"/>
            <w:vAlign w:val="center"/>
            <w:tcMar>
              <w:top w:w="100" w:type="dxa"/>
              <w:start w:w="100" w:type="dxa"/>
              <w:bottom w:w="100" w:type="dxa"/>
              <w:end w:w="100" w:type="dxa"/>
            </w:tcMar>
          </w:tcPr>
          <w:p>
            <w:pPr>
              <w:spacing w:after="0" w:line="252" w:lineRule="auto"/>
            </w:pPr>
            <w:r>
              <w:rPr>
                <w:sz w:val="18"/>
              </w:rPr>
              <w:t>日期：________________________        签名：________________________________</w:t>
            </w:r>
          </w:p>
        </w:tc>
      </w:tr>
    </w:tbl>
    <w:p>
      <w:pPr>
        <w:spacing w:before="100" w:after="20"/>
      </w:pPr>
      <w:r>
        <w:rPr>
          <w:b/>
          <w:sz w:val="18"/>
        </w:rPr>
        <w:t>说明</w:t>
      </w:r>
    </w:p>
    <w:p>
      <w:pPr>
        <w:spacing w:after="0" w:line="240" w:lineRule="auto"/>
      </w:pPr>
      <w:r>
        <w:rPr>
          <w:sz w:val="16"/>
        </w:rPr>
        <w:t>本表仅用于欧洲中国历史文献保护协会成立筹备期间的参与及入会意向登记，不构成正式会员资格。协会正式成立后，会员登记将依照协会章程及相关程序办理。</w:t>
      </w:r>
    </w:p>
    <w:p>
      <w:pPr>
        <w:spacing w:before="40" w:after="0"/>
      </w:pPr>
      <w:r>
        <w:rPr>
          <w:b/>
          <w:sz w:val="16"/>
        </w:rPr>
        <w:t>填写完成后，请将本表发送至协会公布的联系邮箱。</w:t>
      </w:r>
    </w:p>
    <w:sectPr w:rsidR="00FC693F" w:rsidRPr="0006063C" w:rsidSect="00034616">
      <w:pgSz w:w="11906" w:h="16838"/>
      <w:pgMar w:top="624" w:right="794" w:bottom="567"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